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 ומרחק בלימה וכיצד הם מרכיבים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לגבי נהיגה בטוחה מתוך נתונים מספריים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מרחק התגובה ומרחק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בכביש רטוב מרחק הבלימה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כ-1 שניה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2-2.5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מרגע שרואים סכנה עד הלחיצה על הבלם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מהירות גבוהה מגדילה את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הכביש חלקלק יותר ולכן קשה יותר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נהג עייף מגיב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מרחק העצירה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מראים נתוני 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שימוש בטלפון מאריך את זמן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(המרחק מרגע שרואים סכנה עד לחיצה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(המרחק מלחיצה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(מגדיל את מרחק הבלימה בגלל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תגובה ארוך יותר, כ-2 עד 2.5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(גורמת למרחק עצירה ארוך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בזמן עצירת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ילד חוצה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 מזהה את הסכנה ומתחיל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הרכב ממשיך לנסוע באותה מהירות עד הלחיצה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הרכב מאט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הרכב עוצר לגמרי (אם יש מספיק מרחק)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שמרחק העצירה (28 מ׳) גדול ממרחק הילד (25 מ׳) ולכן הרכב פוגע בו. הצעות אפשריות: להאט את המהירות, להיות ערני ולא מוסח כדי לקצר את זמן התגובה, לנסוע בזהירות רבה יותר בכביש רטוב.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להוריד את המהירות משמעותית מתחת ל-50 קמ״ש, כיוון שגם זמן התגובה הארוך וגם הכביש הרטוב מגדילים את מרחק העצירה. התלמידים צריכים להציע מהירות נמוכה ולהסביר שבמהירות נמוכה גם מרחק התגובה וגם מרחק הבלימה קטנים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גדל בגלל חיכוך נמוך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תגובה ארוך מגדיל את מרחק התגובה ולכן את כל מרחק העצירה, מה שמקטין את הסיכוי לעצור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המעבדה בפועל לפני מילוי הדף כדי שהתלמידים יראו את המספרים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הפעילות לדיון על חשיבות הזהירות ליד מעברי חצייה ושימוש בטלפון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החשיבה האחרונה ולדון בתשובות השונות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במעבדה רואים מכונית שנוסעת. משנים מהירות, זמן תגובה וכביש רטוב או יבש. בודקים אם המכונית עוצרת בזמן לפני 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המרחק שהרכב עובר מרגע שרואים סכנה עד 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נוסע מרגע הסכנה עד לחיצה על הבלם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מרגע לחיצה על הבלם עד שהרכב עוצר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 להבחין בסכנה ולהתחיל להגיב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 רטוב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חלקלק שמגדיל את מרחק הבלימה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ערני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קשוב שזמן התגובה שלו קצר, כשניה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מוסח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שמסתכל בטלפון או עייף, זמן התגובה שלו ארוך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קמ״ש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מהירות - קילומטר לשעה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מרחק התגובה ומרחק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המרחק שהרכב נוסע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כשנוסעים מהר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בכביש 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בכביש רטוב מרחק הבלימה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בכביש יבש מרחק הבלימה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רטוב מקצר את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לוקח לנהג ערני להגיב?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 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כ-0.1 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לוקח לנהג מוסח להגיב?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משניה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2-2.5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זמן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מתחיל ומתי נגמר 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מרגע הלחיצה על הבלם עד העצירה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מרגע שרואים סכנה עד הלחיצה על הבלם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שהרכב כבר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שהנהג רואה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תגובה של נהג עייף קצר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עצירה שווה למרחק תגובה ועוד 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במהירות 50 קמ״ש וזמן תגובה של שניה, מרחק התגובה הוא כ-14 מטר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בטלפון בזמן נהיגה לא משפיע על זמן התגובה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העצירה הכולל הוא סכום מרחק ה__________ ומרחק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בכביש __________ מרחק הבלימה ארוך יותר מאשר בכביש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נהג שמסתכל בטלפון זמן התגובה שלו __________ יותר מנהג ערני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שהמהירות __________ כך מרחק העצירה 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זמן תגובה של נהג ערני הוא בערך __________ שניה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המרחק מלחיצה על הבלם ועד עצירה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המרחק מרגע שרואים סכנה עד לחיצה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תגובה ארוך יותר, כ-2 עד 2.5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גורמת למרחק עצירה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מהירות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מגדיל את מרחק הבלימה בגלל חיכוך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בזמן עצירת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ממשיך לנסוע באותה מהירות עד הלחיצה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ילד חוצה את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לוחץ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עוצר לגמרי (אם יש מספיק מרחק)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מזהה את הסכנה ומתחיל להגיב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מאט בהדרגה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נתוני המעבדה: מהירות 50 קמ״ש, זמן תגובה שניה אחת, כביש רטוב - הרכב עוצר אחרי כ-28 מטר, אבל הילד נמצא ב-25 מטר. הסבירו במילים שלכם למה הרכב לא מספיק לעצור, והציעו שני דברים שהנהג יכול לשנות כדי לעצור בזמן.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(או שערו) מהירות שבה המכונית תעצור לפני הילד שנמצא 25 מטר ממנה, בכביש רטוב ועם נהג שמסתכל בטלפון. הסבירו את ההיגיון מאחורי התשובה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של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הבלימה בכביש רטוב?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זמן תגובה ארוך (נהג מוסח) משפיע על הסיכוי לעצור בזמן?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