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מרחק עצירה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מרחק תגובה ומרחק בלימה וכיצד הם מרכיבים את מרחק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מהירות, זמן תגובה ומצב הכביש משפיעים על מרחק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לגבי נהיגה בטוחה מתוך נתונים מספריים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סכום מרחק התגובה ומרחק הבלימה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הוא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כ-1 שניה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מהירות גבוהה מגדילה את מרחק העצירה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הכביש חלקלק יותר ולכן קשה יותר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נהג עייף מגיב לאט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(המרחק מרגע שרואים סכנה עד לחיצה על הבלם)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(המרחק מלחיצה על הבלם ועד עצירה מלאה)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(מגדיל את מרחק הבלימה בגלל חיכוך נמוך)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(זמן תגובה ארוך יותר, כ-2 עד 2.5 שניות)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בזמן עצירת חירום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הנהג רואה ילד חוצה את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הנהג מזהה את הסכנה ומתחיל להגיב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הרכב ממשיך לנסוע באותה מהירות עד הלחיצה על הבלם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הנהג לוחץ על הבלם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שמרחק העצירה (28 מ׳) גדול ממרחק הילד (25 מ׳) ולכן הרכב פוגע בו. הצעות אפשריות: להאט את המהירות, להיות ערני ולא מוסח כדי לקצר את זמן התגובה, לנסוע בזהירות רבה יותר בכביש רטוב.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מרחק תגובה ומרחק 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גדל בגלל חיכוך נמוך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זמן תגובה ארוך מגדיל את מרחק התגובה ולכן את כל מרחק העצירה, מה שמקטין את הסיכוי לעצור בזמן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את המעבדה בפועל לפני מילוי הדף כדי שהתלמידים יראו את המספרים משתנים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הפעילות לדיון על חשיבות הזהירות ליד מעברי חצייה ושימוש בטלפון בזמן נהיגה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משימת החשיבה האחרונה ולדון בתשובות השונות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מרחק עצירה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במעבדת מרחק עצירה אפשר לשנות מהירות, זמן תגובה ומצב כביש ולראות אם מכונית מספיקה לעצור לפני ילד שחוצה את הכביש. דף זה מתרגל את המושגים שמופיעים במעבדה.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רטוב  ·  ארוך  ·  תגובה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מרחק העצירה הכולל?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מרחק הבלימה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סכום מרחק התגובה ומרחק הבלימה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מרחק התגובה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למרחק העצירה כשמעלים את המהירות?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נשאר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זמן תגובה טיפוסי לנהג ערני לפי המעבדה?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כ-1 שניה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כ-5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כ-10 שניות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ככל שהמהירות גבוהה יותר, מרחק העצירה קצר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בכביש רטוב מרחק הבלימה גדל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זמן תגובה של נהג עייף קצר יותר מזה של נהג ערני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מרחק העצירה הכולל הוא סכום מרחק ה__________ ומרחק הבלימה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בכביש __________ מרחק הבלימה ארוך יותר מאשר בכביש יבש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נהג שמסתכל בטלפון זמן התגובה שלו __________ יותר מנהג ערני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מרחק תגובה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זמן תגובה ארוך יותר, כ-2 עד 2.5 שניות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מרחק בלימה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מגדיל את מרחק הבלימה בגלל חיכוך נמוך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כביש רטוב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המרחק מלחיצה על הבלם ועד עצירה מלאה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נהג מוסח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המרחק מרגע שרואים סכנה עד לחיצה על הבלם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בזמן עצירת חירום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הנהג לוחץ על הבלם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הרכב ממשיך לנסוע באותה מהירות עד הלחיצה על הבלם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הנהג רואה ילד חוצה את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הנהג מזהה את הסכנה ומתחיל להגיב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נתוני המעבדה: מהירות 50 קמ״ש, זמן תגובה שניה אחת, כביש רטוב - הרכב עוצר אחרי כ-28 מטר, אבל הילד נמצא ב-25 מטר. הסבירו במילים שלכם למה הרכב לא מספיק לעצור, והציעו שני דברים שהנהג יכול לשנות כדי לעצור בזמן.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המרכיבים של מרחק העצירה?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למרחק הבלימה בכביש רטוב?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מעבדת מרחק עצירה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